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https://tamrurei-siach.sites.tab.bot/track-m-o.html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לא הולכים כאן ברגל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מסילה לפנים – עוצרים ומקשיבים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כאן מותר לחנות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מותר לחצות אחרי בדיקה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מחכים על המדרכה עד שהאוטובוס מתרחק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חט״ב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ped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אסור להולכי רגל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אסור להיכנס מכאן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מפגש מסילת רכבת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אסור להיכנס מכאן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אין כניסה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מסילה לפנים – עוצרים ומקשיבים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אין כניסה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לא הולכים כאן ברגל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kin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הולכים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הדרך נעשית 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מותר לחנות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gree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נוסעים סביב הכיכר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הולכים כאן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מותר לחצות אחרי בדיקה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לחצות מאחורי אוטובוס שעומד בתחנה.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הירידה מהאוטובוס מחכים על המדרכה עד שהוא מתרחק.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איפה הולכים בבטחה?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חט״ב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