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תמרורים, בטיחות בדרכים ושיח על ערכים – מותאם לחט״ב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https://tamrurei-siach.sites.tab.bot/track-m-k.html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הדרך נעשית צרה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כאן עוצר האוטובוס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בחושך – בגד זוהר ופנס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לא יותר מ־50 קמ"ש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זהירות, סכנה לפנים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אסור לרכוב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חט״ב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הדרך מצרה  |  תחנת אוטובוס  |  לראות ולהיראות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row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gh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1. הדרך מצרה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בחושך – בגד זוהר ופנס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2. תחנת אוטובוס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הדרך נעשית צרה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3. לראות ולהיראות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כאן עוצר האוטובוס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ed5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לא יותר מ־50 קמ"ש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לא הולכים כאן ברגל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g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זהירות, סכנה לפנים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ילדים במושב מתאים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מותר לרכוב על אופניים חשמליים על המדרכה.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והתמרור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את מי אני מזמין/ה?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או ציירו: איך אני שומר או שומרת על עצמי בדרך?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חט״ב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