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כרטיסי השיח – תמרור, שאלה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לקשר בין תמרור בכביש לבין ערך בחיים, ולנסח תשובה מנומקת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https://tamrurei-siach.sites.tab.bot/cards.html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מתכוננים לעצור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ממתינים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עוצרים עצירה מלאה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אסור להיכנס מכאן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גבולות אישיים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ביטחון ואמון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מרחב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🪧 כרטיסי השיח – תמרור, שאלה וכתיבה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 התמרור בכביש?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 1 – רמזור צהוב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ממתינים על המדרכה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 2 – רמזור הולכי רגל – אדום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עוצרים עצירה מלאה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 3 – עצור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אסור להיכנס מכאן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 4 – אין כניסה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מתכוננים לעצור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מהכביש אל החיים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🪧 רמזור צהוב: מתי אני מרגיש/ה שאני "בצהוב" – רגע לפני שאני מתפרץ/ת? איך אני שם/ה לב?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🪧 רמזור הולכי רגל – אדום: איך אני מחכה בסבלנות? מה אפשר לעשות בזמן ההמתנה?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🪧 עצור: בעולם מהיר – האם עצירה היא בזבוז זמן או השקעה?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איזה ערך?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ent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האטה ונשימה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שמירה על 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שיתוף פעולה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גבולות אישיים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ssin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ביטחון ואמון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שמירה על כללים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לראות את האחר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החלטות אחראיות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zon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שמירה על אחרים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החלטות אחראיות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מרחב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הגינות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הסימנים בגוף שמראים לכם שאתם מתחילים לכעוס או להילחץ.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מחכה?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תמרור אחד שהייתי תולה בכיתה שלנו, ולמה: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השיח – תמרור, שאלה וכתיבה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