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כרטיסי השיח – תמרור, שאלה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לקשר בין תמרור בכביש לבין ערך בחיים, ולנסח תשובה מנומקת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https://tamrurei-siach.sites.tab.bot/cards.html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ילדים במושב מתאים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הכביש חלק – מאטים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נותנים לאחרים לעבור קודם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ילדים במושב מתאים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הכביש חלק – מאטים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נותנים לאחרים לעבור קודם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קסדה מהודקת ברכיבה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🪧 כרטיסי השיח – תמרור, שאלה וכתיבה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· дорога · መንገድ · شارع · route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sidewalk · тротуар · የእግረኛ መንገድ · رصيف · trottoir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crosswalk · пешеходный переход · የእግረኛ መሻገሪያ · ممر مشاة · passage piéton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 · светофор · የትራፊክ መብራት · إشارة ضوئية · feu de circulation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 · дорожный знак · የትራፊክ ምልክት · شاخصة مرور · panneau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· стоп · ቁም · قف · 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⛑️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helmet · шлем · የራስ ቁር · خوذة · casque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זהירות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⚠️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caution · осторожно · ጥንቃቄ · حذر · prudence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מושב בטיחות  |  כביש חלקלק  |  תן זכות קדימה  |  חובשים קסדה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 התמרור?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sea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ילדים במושב מתאים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עוצר האוטובוס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עוצרים עצירה מלאה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pper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עוצרים עצירה מלאה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הכביש חלק – מאטים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מותר לחנות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vewa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נותנים לאחרים לעבור קודם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עוצרים לפני הקו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הרבה ילדים בדרך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שם למשמעות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מושב בטיחות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קסדה מהודקת ברכיבה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 חלקלק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נותנים לאחרים לעבור קודם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תן זכות קדימה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ילדים במושב מתאים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חובשים קסדה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הכביש חלק – מאטים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"תמרור".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איפה אתם רואים את התמרור "מושב בטיחות" בדרך לבית הספר?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בדרך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בדרך לבית הספר אני ________ ו________.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השיח – תמרור, שאלה וכתיבה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